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6" Type="http://schemas.openxmlformats.org/officeDocument/2006/relationships/webSettings" Target="webSettings.xml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D16F5F34D764D841A2C19EE268BD3" ma:contentTypeVersion="14" ma:contentTypeDescription="Een nieuw document maken." ma:contentTypeScope="" ma:versionID="8ba0775fdaaf0d04a718e6f9cd3406b2">
  <xsd:schema xmlns:xsd="http://www.w3.org/2001/XMLSchema" xmlns:xs="http://www.w3.org/2001/XMLSchema" xmlns:p="http://schemas.microsoft.com/office/2006/metadata/properties" xmlns:ns2="eeee9d14-e8e6-433c-b914-7a9c6fec5f33" xmlns:ns3="41728922-0535-429b-a630-0e68f4a32b71" xmlns:ns4="70c55440-f26b-43e0-8f3e-539a3d300ce7" targetNamespace="http://schemas.microsoft.com/office/2006/metadata/properties" ma:root="true" ma:fieldsID="152daf5dfacd3ed3267b4c6d25ca4262" ns2:_="" ns3:_="" ns4:_="">
    <xsd:import namespace="eeee9d14-e8e6-433c-b914-7a9c6fec5f33"/>
    <xsd:import namespace="41728922-0535-429b-a630-0e68f4a32b71"/>
    <xsd:import namespace="70c55440-f26b-43e0-8f3e-539a3d300ce7"/>
    <xsd:element name="properties">
      <xsd:complexType>
        <xsd:sequence>
          <xsd:element name="documentManagement">
            <xsd:complexType>
              <xsd:all>
                <xsd:element ref="ns2:ProjectNumber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e9d14-e8e6-433c-b914-7a9c6fec5f33" elementFormDefault="qualified">
    <xsd:import namespace="http://schemas.microsoft.com/office/2006/documentManagement/types"/>
    <xsd:import namespace="http://schemas.microsoft.com/office/infopath/2007/PartnerControls"/>
    <xsd:element name="ProjectNumber" ma:index="8" nillable="true" ma:displayName="Projectnummer" ma:default="0479058.100" ma:internalName="ProjectNumber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6ab94752-7f26-429d-8be8-b2122cabd3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28922-0535-429b-a630-0e68f4a32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55440-f26b-43e0-8f3e-539a3d300ce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4573313-a17e-4ca9-821b-e14c4f381ddb}" ma:internalName="TaxCatchAll" ma:showField="CatchAllData" ma:web="41728922-0535-429b-a630-0e68f4a32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c55440-f26b-43e0-8f3e-539a3d300ce7" xsi:nil="true"/>
    <ProjectNumber xmlns="eeee9d14-e8e6-433c-b914-7a9c6fec5f33">0479058.100</ProjectNumber>
    <lcf76f155ced4ddcb4097134ff3c332f xmlns="eeee9d14-e8e6-433c-b914-7a9c6fec5f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860E8E-A266-491F-9CCD-EF22E22C8F6D}"/>
</file>

<file path=customXml/itemProps3.xml><?xml version="1.0" encoding="utf-8"?>
<ds:datastoreItem xmlns:ds="http://schemas.openxmlformats.org/officeDocument/2006/customXml" ds:itemID="{4F85EAB1-B2E7-4FCB-A5AA-0A5EF644FB9D}"/>
</file>

<file path=customXml/itemProps4.xml><?xml version="1.0" encoding="utf-8"?>
<ds:datastoreItem xmlns:ds="http://schemas.openxmlformats.org/officeDocument/2006/customXml" ds:itemID="{17406E58-BB35-4D60-9E21-17C09CDC85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0x010100746D16F5F34D764D841A2C19EE268BD3</vt:lpwstr>
  </property>
</Properties>
</file>