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6" Type="http://schemas.openxmlformats.org/officeDocument/2006/relationships/webSettings" Target="webSettings.xml"/><Relationship Id="rId1" Type="http://schemas.openxmlformats.org/officeDocument/2006/relationships/customXml" Target="../customXml/item1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D16F5F34D764D841A2C19EE268BD3" ma:contentTypeVersion="14" ma:contentTypeDescription="Een nieuw document maken." ma:contentTypeScope="" ma:versionID="65e303ab53254e92902eeb7b27c52aa2">
  <xsd:schema xmlns:xsd="http://www.w3.org/2001/XMLSchema" xmlns:xs="http://www.w3.org/2001/XMLSchema" xmlns:p="http://schemas.microsoft.com/office/2006/metadata/properties" xmlns:ns2="eeee9d14-e8e6-433c-b914-7a9c6fec5f33" xmlns:ns3="41728922-0535-429b-a630-0e68f4a32b71" xmlns:ns4="70c55440-f26b-43e0-8f3e-539a3d300ce7" targetNamespace="http://schemas.microsoft.com/office/2006/metadata/properties" ma:root="true" ma:fieldsID="a605a44dcce548c9224879f993c83428" ns2:_="" ns3:_="" ns4:_="">
    <xsd:import namespace="eeee9d14-e8e6-433c-b914-7a9c6fec5f33"/>
    <xsd:import namespace="41728922-0535-429b-a630-0e68f4a32b71"/>
    <xsd:import namespace="70c55440-f26b-43e0-8f3e-539a3d300ce7"/>
    <xsd:element name="properties">
      <xsd:complexType>
        <xsd:sequence>
          <xsd:element name="documentManagement">
            <xsd:complexType>
              <xsd:all>
                <xsd:element ref="ns2:ProjectNumber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e9d14-e8e6-433c-b914-7a9c6fec5f33" elementFormDefault="qualified">
    <xsd:import namespace="http://schemas.microsoft.com/office/2006/documentManagement/types"/>
    <xsd:import namespace="http://schemas.microsoft.com/office/infopath/2007/PartnerControls"/>
    <xsd:element name="ProjectNumber" ma:index="8" nillable="true" ma:displayName="Projectnummer" ma:default="0479058.100" ma:internalName="ProjectNumber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6ab94752-7f26-429d-8be8-b2122cabd3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28922-0535-429b-a630-0e68f4a32b7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55440-f26b-43e0-8f3e-539a3d300ce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4573313-a17e-4ca9-821b-e14c4f381ddb}" ma:internalName="TaxCatchAll" ma:showField="CatchAllData" ma:web="41728922-0535-429b-a630-0e68f4a32b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0c55440-f26b-43e0-8f3e-539a3d300ce7" xsi:nil="true"/>
    <ProjectNumber xmlns="eeee9d14-e8e6-433c-b914-7a9c6fec5f33">0479058.100</ProjectNumber>
    <lcf76f155ced4ddcb4097134ff3c332f xmlns="eeee9d14-e8e6-433c-b914-7a9c6fec5f3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365B69-C47E-4C9E-AAD7-86396E4658C5}"/>
</file>

<file path=customXml/itemProps3.xml><?xml version="1.0" encoding="utf-8"?>
<ds:datastoreItem xmlns:ds="http://schemas.openxmlformats.org/officeDocument/2006/customXml" ds:itemID="{4F85EAB1-B2E7-4FCB-A5AA-0A5EF644FB9D}"/>
</file>

<file path=customXml/itemProps4.xml><?xml version="1.0" encoding="utf-8"?>
<ds:datastoreItem xmlns:ds="http://schemas.openxmlformats.org/officeDocument/2006/customXml" ds:itemID="{17406E58-BB35-4D60-9E21-17C09CDC85D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0x010100746D16F5F34D764D841A2C19EE268BD3</vt:lpwstr>
  </property>
</Properties>
</file>